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5FB6F" w14:textId="77777777" w:rsidR="00583797" w:rsidRPr="00583797" w:rsidRDefault="00000000">
      <w:pPr>
        <w:spacing w:after="240"/>
        <w:contextualSpacing/>
        <w:jc w:val="center"/>
        <w:rPr>
          <w:b/>
          <w:bCs/>
          <w:sz w:val="26"/>
        </w:rPr>
      </w:pPr>
      <w:r w:rsidRPr="00583797">
        <w:rPr>
          <w:b/>
          <w:bCs/>
          <w:sz w:val="26"/>
        </w:rPr>
        <w:t>KARA KUVVETLERİ</w:t>
      </w:r>
      <w:r w:rsidR="00583797" w:rsidRPr="00583797">
        <w:rPr>
          <w:b/>
          <w:bCs/>
          <w:sz w:val="26"/>
        </w:rPr>
        <w:t xml:space="preserve"> KOMUTANLIĞI </w:t>
      </w:r>
    </w:p>
    <w:p w14:paraId="0DD06AE7" w14:textId="1D73C33F" w:rsidR="0070409A" w:rsidRPr="00583797" w:rsidRDefault="00000000">
      <w:pPr>
        <w:spacing w:after="240"/>
        <w:contextualSpacing/>
        <w:jc w:val="center"/>
        <w:rPr>
          <w:b/>
          <w:bCs/>
          <w:sz w:val="26"/>
        </w:rPr>
      </w:pPr>
      <w:r w:rsidRPr="00583797">
        <w:rPr>
          <w:b/>
          <w:bCs/>
          <w:sz w:val="26"/>
        </w:rPr>
        <w:t xml:space="preserve"> PERSONEL BAŞKANLIĞINA</w:t>
      </w:r>
    </w:p>
    <w:p w14:paraId="1053FBDD" w14:textId="46D04136" w:rsidR="00583797" w:rsidRPr="00583797" w:rsidRDefault="00583797">
      <w:pPr>
        <w:spacing w:after="240"/>
        <w:contextualSpacing/>
        <w:jc w:val="center"/>
        <w:rPr>
          <w:b/>
          <w:bCs/>
        </w:rPr>
      </w:pPr>
      <w:r w:rsidRPr="00583797">
        <w:rPr>
          <w:b/>
          <w:bCs/>
          <w:sz w:val="26"/>
        </w:rPr>
        <w:t>ANKARA</w:t>
      </w:r>
    </w:p>
    <w:p w14:paraId="0FA1D8A4" w14:textId="2670C879" w:rsidR="0070409A" w:rsidRDefault="00000000" w:rsidP="00583797">
      <w:pPr>
        <w:spacing w:after="40"/>
        <w:ind w:firstLine="720"/>
        <w:jc w:val="both"/>
      </w:pPr>
      <w:proofErr w:type="spellStart"/>
      <w:r>
        <w:t>Eşim</w:t>
      </w:r>
      <w:proofErr w:type="spellEnd"/>
      <w:r>
        <w:t>/</w:t>
      </w:r>
      <w:proofErr w:type="spellStart"/>
      <w:r>
        <w:t>Oğlum</w:t>
      </w:r>
      <w:proofErr w:type="spellEnd"/>
      <w:r>
        <w:t xml:space="preserve"> </w:t>
      </w:r>
      <w:proofErr w:type="gramStart"/>
      <w:r>
        <w:t>(</w:t>
      </w:r>
      <w:r w:rsidR="00583797">
        <w:t xml:space="preserve">  </w:t>
      </w:r>
      <w:proofErr w:type="gramEnd"/>
      <w:r w:rsidR="00583797">
        <w:t xml:space="preserve">                                                   </w:t>
      </w:r>
      <w:proofErr w:type="gramStart"/>
      <w:r w:rsidR="00583797">
        <w:t xml:space="preserve">  </w:t>
      </w:r>
      <w:r>
        <w:t>)</w:t>
      </w:r>
      <w:proofErr w:type="gramEnd"/>
      <w:r w:rsidR="00583797">
        <w:t xml:space="preserve">   </w:t>
      </w:r>
      <w:r>
        <w:t>................</w:t>
      </w:r>
      <w:r w:rsidR="00583797">
        <w:t xml:space="preserve"> </w:t>
      </w:r>
      <w:proofErr w:type="spellStart"/>
      <w:r>
        <w:t>Komutanlığında</w:t>
      </w:r>
      <w:proofErr w:type="spellEnd"/>
      <w:r>
        <w:t xml:space="preserve"> </w:t>
      </w:r>
      <w:proofErr w:type="spellStart"/>
      <w:r>
        <w:t>askerlik</w:t>
      </w:r>
      <w:proofErr w:type="spellEnd"/>
      <w:r>
        <w:t xml:space="preserve"> </w:t>
      </w:r>
      <w:proofErr w:type="spellStart"/>
      <w:r>
        <w:t>hizmetini</w:t>
      </w:r>
      <w:proofErr w:type="spellEnd"/>
    </w:p>
    <w:p w14:paraId="4F00D24F" w14:textId="3F742848" w:rsidR="0070409A" w:rsidRDefault="00583797" w:rsidP="00583797">
      <w:pPr>
        <w:spacing w:after="40"/>
        <w:jc w:val="both"/>
      </w:pPr>
      <w:proofErr w:type="spellStart"/>
      <w:r>
        <w:t>Y</w:t>
      </w:r>
      <w:r w:rsidR="00000000">
        <w:t>aparken</w:t>
      </w:r>
      <w:proofErr w:type="spellEnd"/>
      <w:r>
        <w:t xml:space="preserve"> …/…/</w:t>
      </w:r>
      <w:proofErr w:type="gramStart"/>
      <w:r>
        <w:t>…..</w:t>
      </w:r>
      <w:proofErr w:type="gramEnd"/>
      <w:r>
        <w:t xml:space="preserve"> </w:t>
      </w:r>
      <w:proofErr w:type="spellStart"/>
      <w:r w:rsidR="00000000">
        <w:t>tarihinde</w:t>
      </w:r>
      <w:proofErr w:type="spellEnd"/>
      <w:r w:rsidR="00000000">
        <w:t>.............</w:t>
      </w:r>
      <w:proofErr w:type="spellStart"/>
      <w:r w:rsidR="00000000">
        <w:t>sonucu</w:t>
      </w:r>
      <w:proofErr w:type="spellEnd"/>
      <w:r w:rsidR="00000000">
        <w:t>.............</w:t>
      </w:r>
      <w:proofErr w:type="spellStart"/>
      <w:r w:rsidR="00000000">
        <w:t>dereceden</w:t>
      </w:r>
      <w:proofErr w:type="spellEnd"/>
      <w:r w:rsidR="00000000">
        <w:t xml:space="preserve"> (</w:t>
      </w:r>
      <w:proofErr w:type="spellStart"/>
      <w:r w:rsidR="00000000">
        <w:t>malul</w:t>
      </w:r>
      <w:proofErr w:type="spellEnd"/>
      <w:r w:rsidR="00000000">
        <w:t xml:space="preserve"> </w:t>
      </w:r>
      <w:proofErr w:type="spellStart"/>
      <w:r w:rsidR="00000000">
        <w:t>gazi</w:t>
      </w:r>
      <w:proofErr w:type="spellEnd"/>
      <w:r w:rsidR="00000000">
        <w:t xml:space="preserve"> </w:t>
      </w:r>
      <w:proofErr w:type="spellStart"/>
      <w:r w:rsidR="00000000">
        <w:t>personel</w:t>
      </w:r>
      <w:proofErr w:type="spellEnd"/>
      <w:r w:rsidR="00000000">
        <w:t xml:space="preserve"> için) şehit/malul gazi oldu.</w:t>
      </w:r>
    </w:p>
    <w:p w14:paraId="6D910C85" w14:textId="77777777" w:rsidR="0070409A" w:rsidRDefault="00000000" w:rsidP="00583797">
      <w:pPr>
        <w:spacing w:after="40"/>
        <w:ind w:firstLine="720"/>
        <w:jc w:val="both"/>
      </w:pPr>
      <w:r>
        <w:t>Sosyal Güvenlik Kurumunca.............Emekli Sandığı numarası ile tarafıma maaş bağlanmıştır.</w:t>
      </w:r>
    </w:p>
    <w:p w14:paraId="709A32C4" w14:textId="77777777" w:rsidR="0070409A" w:rsidRDefault="00000000" w:rsidP="00583797">
      <w:pPr>
        <w:spacing w:after="0"/>
        <w:jc w:val="both"/>
      </w:pPr>
      <w:r>
        <w:t>Aylık’ta bulunan Rehabilitasyon Merkezinden aşağıda isimleri bulunan aile bireylerimle birlikte ve</w:t>
      </w:r>
    </w:p>
    <w:p w14:paraId="669A6B22" w14:textId="77777777" w:rsidR="0070409A" w:rsidRDefault="00000000" w:rsidP="00583797">
      <w:pPr>
        <w:spacing w:after="40"/>
        <w:jc w:val="both"/>
      </w:pPr>
      <w:r>
        <w:t>belirttiğim dönemlerde faydalanmak istiyorum.</w:t>
      </w:r>
    </w:p>
    <w:p w14:paraId="4D0CE0C6" w14:textId="77777777" w:rsidR="0070409A" w:rsidRDefault="00000000" w:rsidP="00583797">
      <w:pPr>
        <w:spacing w:after="240"/>
        <w:ind w:firstLine="720"/>
        <w:jc w:val="both"/>
      </w:pPr>
      <w:r>
        <w:t>Gereğinin yapılmasını arz ederim.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70409A" w14:paraId="403FC3BC" w14:textId="77777777">
        <w:trPr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7FB94" w14:textId="6F202ACA" w:rsidR="0070409A" w:rsidRDefault="00000000">
            <w:r>
              <w:t xml:space="preserve">Adres               </w:t>
            </w:r>
            <w:proofErr w:type="gramStart"/>
            <w:r>
              <w:t xml:space="preserve">  :</w:t>
            </w:r>
            <w:proofErr w:type="gramEnd"/>
            <w:r w:rsidR="00583797">
              <w:t xml:space="preserve">                                                                               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B029A" w14:textId="77777777" w:rsidR="0070409A" w:rsidRDefault="00000000" w:rsidP="00583797">
            <w:r>
              <w:t>İmza</w:t>
            </w:r>
          </w:p>
        </w:tc>
      </w:tr>
      <w:tr w:rsidR="0070409A" w14:paraId="0413CC7C" w14:textId="77777777">
        <w:trPr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4E287" w14:textId="77777777" w:rsidR="0070409A" w:rsidRDefault="00000000">
            <w:r>
              <w:t>Telefon No.     :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35014" w14:textId="77777777" w:rsidR="0070409A" w:rsidRDefault="00000000" w:rsidP="00583797">
            <w:r>
              <w:t>Tarih              :</w:t>
            </w:r>
          </w:p>
        </w:tc>
      </w:tr>
      <w:tr w:rsidR="0070409A" w14:paraId="720F33AB" w14:textId="77777777">
        <w:trPr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873E3" w14:textId="77777777" w:rsidR="0070409A" w:rsidRDefault="00000000">
            <w:r>
              <w:t>E-Posta Adresi    :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27FD8" w14:textId="77777777" w:rsidR="0070409A" w:rsidRDefault="00000000" w:rsidP="00583797">
            <w:r>
              <w:t>Adı Soyadı       :</w:t>
            </w:r>
          </w:p>
        </w:tc>
      </w:tr>
      <w:tr w:rsidR="0070409A" w14:paraId="353DE0C0" w14:textId="77777777">
        <w:trPr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E1BC9" w14:textId="77777777" w:rsidR="0070409A" w:rsidRDefault="0070409A"/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CC0D2" w14:textId="77777777" w:rsidR="0070409A" w:rsidRDefault="0070409A"/>
        </w:tc>
      </w:tr>
    </w:tbl>
    <w:p w14:paraId="21E402E3" w14:textId="77777777" w:rsidR="0070409A" w:rsidRPr="00583797" w:rsidRDefault="00000000">
      <w:pPr>
        <w:spacing w:after="160"/>
        <w:rPr>
          <w:b/>
          <w:bCs/>
        </w:rPr>
      </w:pPr>
      <w:r w:rsidRPr="00583797">
        <w:rPr>
          <w:b/>
          <w:bCs/>
          <w:u w:val="single"/>
        </w:rPr>
        <w:t>TESİSTEN FAYDALANMAK İSTEYEN ŞEHİT YAKINLARI:</w:t>
      </w:r>
    </w:p>
    <w:p w14:paraId="434F8FD6" w14:textId="77777777" w:rsidR="0070409A" w:rsidRDefault="00000000">
      <w:pPr>
        <w:spacing w:after="80"/>
      </w:pPr>
      <w:r>
        <w:t xml:space="preserve">1.  Eş Adı (Evli </w:t>
      </w:r>
      <w:proofErr w:type="gramStart"/>
      <w:r>
        <w:t>ise)     :</w:t>
      </w:r>
      <w:proofErr w:type="gramEnd"/>
    </w:p>
    <w:p w14:paraId="5E4DE89F" w14:textId="77777777" w:rsidR="0070409A" w:rsidRDefault="00000000">
      <w:pPr>
        <w:spacing w:after="80"/>
      </w:pPr>
      <w:r>
        <w:t>2.  Çocuk Adı (varsa)     :</w:t>
      </w:r>
    </w:p>
    <w:p w14:paraId="6DE1FA78" w14:textId="77777777" w:rsidR="0070409A" w:rsidRDefault="00000000">
      <w:pPr>
        <w:spacing w:after="80"/>
      </w:pPr>
      <w:r>
        <w:t>3.  Baba Adı               :</w:t>
      </w:r>
    </w:p>
    <w:p w14:paraId="1152BE37" w14:textId="77777777" w:rsidR="0070409A" w:rsidRDefault="00000000">
      <w:pPr>
        <w:spacing w:after="80"/>
      </w:pPr>
      <w:r>
        <w:t>4.  Anne Adı               :</w:t>
      </w:r>
    </w:p>
    <w:p w14:paraId="2E57F7C2" w14:textId="77777777" w:rsidR="0070409A" w:rsidRPr="00583797" w:rsidRDefault="00000000">
      <w:pPr>
        <w:spacing w:after="160"/>
        <w:rPr>
          <w:b/>
          <w:bCs/>
        </w:rPr>
      </w:pPr>
      <w:r w:rsidRPr="00583797">
        <w:rPr>
          <w:b/>
          <w:bCs/>
          <w:u w:val="single"/>
        </w:rPr>
        <w:t>TESİSTEN FAYDALANMAK İSTEYEN MALUL GAZİLER:</w:t>
      </w:r>
    </w:p>
    <w:p w14:paraId="7FC894A8" w14:textId="77777777" w:rsidR="0070409A" w:rsidRDefault="00000000">
      <w:pPr>
        <w:spacing w:after="80"/>
      </w:pPr>
      <w:r>
        <w:t xml:space="preserve">1.  Kendisi               </w:t>
      </w:r>
      <w:proofErr w:type="gramStart"/>
      <w:r>
        <w:t xml:space="preserve">  :</w:t>
      </w:r>
      <w:proofErr w:type="gramEnd"/>
    </w:p>
    <w:p w14:paraId="4CFBE04D" w14:textId="77777777" w:rsidR="0070409A" w:rsidRDefault="00000000">
      <w:pPr>
        <w:spacing w:after="80"/>
      </w:pPr>
      <w:r>
        <w:t>2.  Eş Adı (Evli ise)       :</w:t>
      </w:r>
    </w:p>
    <w:p w14:paraId="75D8B9C5" w14:textId="77777777" w:rsidR="0070409A" w:rsidRDefault="00000000">
      <w:pPr>
        <w:spacing w:after="80"/>
      </w:pPr>
      <w:r>
        <w:t>3.  Çocuk Adı (varsa)       :</w:t>
      </w:r>
    </w:p>
    <w:p w14:paraId="165BA591" w14:textId="77777777" w:rsidR="0070409A" w:rsidRDefault="0070409A">
      <w:pPr>
        <w:spacing w:after="80"/>
      </w:pPr>
    </w:p>
    <w:p w14:paraId="54EB6DD6" w14:textId="77777777" w:rsidR="0070409A" w:rsidRDefault="00000000">
      <w:pPr>
        <w:spacing w:after="80"/>
      </w:pPr>
      <w:r>
        <w:t>1.  Baba Adı (Bekâr ise)   :</w:t>
      </w:r>
    </w:p>
    <w:p w14:paraId="66E1937D" w14:textId="77777777" w:rsidR="0070409A" w:rsidRDefault="00000000">
      <w:pPr>
        <w:spacing w:after="80"/>
      </w:pPr>
      <w:r>
        <w:t>2.  Anne Adı                 :</w:t>
      </w:r>
    </w:p>
    <w:p w14:paraId="76E42010" w14:textId="77777777" w:rsidR="0070409A" w:rsidRPr="00583797" w:rsidRDefault="00000000">
      <w:pPr>
        <w:spacing w:after="120"/>
        <w:rPr>
          <w:b/>
          <w:bCs/>
        </w:rPr>
      </w:pPr>
      <w:r w:rsidRPr="00583797">
        <w:rPr>
          <w:b/>
          <w:bCs/>
          <w:u w:val="single"/>
        </w:rPr>
        <w:t>TESİSTEN FAYDALANMAK İSTENEN DÖNEMLER:</w:t>
      </w:r>
    </w:p>
    <w:p w14:paraId="28AEF71B" w14:textId="77777777" w:rsidR="0070409A" w:rsidRDefault="00000000">
      <w:pPr>
        <w:spacing w:after="60"/>
      </w:pPr>
      <w:r>
        <w:t>1.</w:t>
      </w:r>
    </w:p>
    <w:p w14:paraId="5B4A92DC" w14:textId="77777777" w:rsidR="0070409A" w:rsidRDefault="00000000">
      <w:pPr>
        <w:spacing w:after="60"/>
      </w:pPr>
      <w:r>
        <w:t>2.</w:t>
      </w:r>
    </w:p>
    <w:p w14:paraId="56F0E9C5" w14:textId="77777777" w:rsidR="0070409A" w:rsidRDefault="00000000">
      <w:pPr>
        <w:spacing w:after="60"/>
      </w:pPr>
      <w:r>
        <w:t>3.</w:t>
      </w:r>
    </w:p>
    <w:p w14:paraId="36B36CD6" w14:textId="77777777" w:rsidR="00583797" w:rsidRDefault="00583797">
      <w:pPr>
        <w:spacing w:after="60"/>
      </w:pPr>
    </w:p>
    <w:p w14:paraId="12E1A805" w14:textId="77777777" w:rsidR="0070409A" w:rsidRDefault="00000000">
      <w:pPr>
        <w:spacing w:after="120"/>
      </w:pPr>
      <w:proofErr w:type="spellStart"/>
      <w:r>
        <w:t>Tahsis</w:t>
      </w:r>
      <w:proofErr w:type="spellEnd"/>
      <w:r>
        <w:t xml:space="preserve"> </w:t>
      </w:r>
      <w:proofErr w:type="spellStart"/>
      <w:r>
        <w:t>yapılması</w:t>
      </w:r>
      <w:proofErr w:type="spellEnd"/>
      <w:r>
        <w:t xml:space="preserve"> </w:t>
      </w:r>
      <w:proofErr w:type="spellStart"/>
      <w:r>
        <w:t>halinde</w:t>
      </w:r>
      <w:proofErr w:type="spellEnd"/>
      <w:r>
        <w:t>;</w:t>
      </w:r>
    </w:p>
    <w:p w14:paraId="75F781E2" w14:textId="77777777" w:rsidR="0070409A" w:rsidRDefault="00000000">
      <w:pPr>
        <w:spacing w:after="120"/>
      </w:pPr>
      <w:r>
        <w:t>☐   Sadece bir dönem faydalanmak istiyorum.</w:t>
      </w:r>
    </w:p>
    <w:p w14:paraId="333EB28A" w14:textId="77777777" w:rsidR="0070409A" w:rsidRDefault="00000000">
      <w:pPr>
        <w:spacing w:after="120"/>
      </w:pPr>
      <w:r>
        <w:t>☐   İki dönem faydalanmak istiyorum.</w:t>
      </w:r>
    </w:p>
    <w:p w14:paraId="0754204B" w14:textId="77777777" w:rsidR="0070409A" w:rsidRDefault="00000000">
      <w:pPr>
        <w:spacing w:after="120"/>
      </w:pPr>
      <w:r>
        <w:t>☐   İkiden fazla dönem faydalanmak istiyorum.</w:t>
      </w:r>
    </w:p>
    <w:p w14:paraId="41678DA6" w14:textId="77777777" w:rsidR="0070409A" w:rsidRDefault="00000000">
      <w:r>
        <w:rPr>
          <w:b/>
          <w:sz w:val="20"/>
        </w:rPr>
        <w:t>SADECE BİR KUTUCUK İŞARETLENECEKTİR.</w:t>
      </w:r>
    </w:p>
    <w:p w14:paraId="3CB2002F" w14:textId="77777777" w:rsidR="0070409A" w:rsidRDefault="00000000">
      <w:pPr>
        <w:spacing w:after="120"/>
      </w:pPr>
      <w:r>
        <w:rPr>
          <w:sz w:val="20"/>
        </w:rPr>
        <w:t>☐   Elektronik posta ile bilgilendirilmek istiyorum. E-posta adresimi yukarıda beyan ettim.</w:t>
      </w:r>
    </w:p>
    <w:sectPr w:rsidR="0070409A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5158829">
    <w:abstractNumId w:val="8"/>
  </w:num>
  <w:num w:numId="2" w16cid:durableId="478613949">
    <w:abstractNumId w:val="6"/>
  </w:num>
  <w:num w:numId="3" w16cid:durableId="1323704107">
    <w:abstractNumId w:val="5"/>
  </w:num>
  <w:num w:numId="4" w16cid:durableId="1046880900">
    <w:abstractNumId w:val="4"/>
  </w:num>
  <w:num w:numId="5" w16cid:durableId="1419013109">
    <w:abstractNumId w:val="7"/>
  </w:num>
  <w:num w:numId="6" w16cid:durableId="904997938">
    <w:abstractNumId w:val="3"/>
  </w:num>
  <w:num w:numId="7" w16cid:durableId="1894850803">
    <w:abstractNumId w:val="2"/>
  </w:num>
  <w:num w:numId="8" w16cid:durableId="480192828">
    <w:abstractNumId w:val="1"/>
  </w:num>
  <w:num w:numId="9" w16cid:durableId="1013191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20F6"/>
    <w:rsid w:val="0029639D"/>
    <w:rsid w:val="00326F90"/>
    <w:rsid w:val="00583797"/>
    <w:rsid w:val="0070409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52564"/>
  <w14:defaultImageDpi w14:val="300"/>
  <w15:docId w15:val="{979A2807-8C2E-46B7-A871-5967D0B99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2013-12-23T23:15:00Z</dcterms:created>
  <dcterms:modified xsi:type="dcterms:W3CDTF">2026-10-02T08:49:00Z</dcterms:modified>
  <cp:category/>
</cp:coreProperties>
</file>